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18"/>
        <w:gridCol w:w="3118"/>
        <w:gridCol w:w="3118"/>
      </w:tblGrid>
      <w:tr>
        <w:tc>
          <w:tcPr>
            <w:tcW w:type="dxa" w:w="3364"/>
            <w:tcBorders>
              <w:bottom w:val="single" w:sz="4" w:color="000000"/>
            </w:tcBorders>
          </w:tcPr>
          <w:p>
            <w:pPr>
              <w:jc w:val="left"/>
            </w:pPr>
            <w:r>
              <w:rPr>
                <w:sz w:val="18"/>
              </w:rPr>
              <w:t>Dziennik Ustaw</w:t>
            </w:r>
          </w:p>
        </w:tc>
        <w:tc>
          <w:tcPr>
            <w:tcW w:type="dxa" w:w="3364"/>
            <w:tcBorders>
              <w:bottom w:val="single" w:sz="4" w:color="000000"/>
            </w:tcBorders>
          </w:tcPr>
          <w:p>
            <w:pPr>
              <w:jc w:val="center"/>
            </w:pPr>
            <w:r>
              <w:rPr>
                <w:sz w:val="18"/>
              </w:rPr>
              <w:t>– 6 –</w:t>
            </w:r>
          </w:p>
        </w:tc>
        <w:tc>
          <w:tcPr>
            <w:tcW w:type="dxa" w:w="3364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sz w:val="18"/>
              </w:rPr>
              <w:t>Poz. 776</w:t>
            </w:r>
          </w:p>
        </w:tc>
      </w:tr>
    </w:tbl>
    <w:p>
      <w:pPr>
        <w:jc w:val="right"/>
      </w:pPr>
      <w:r>
        <w:rPr>
          <w:b/>
          <w:sz w:val="18"/>
        </w:rPr>
        <w:t>Załącznik nr 2</w:t>
      </w:r>
    </w:p>
    <w:p>
      <w:pPr>
        <w:jc w:val="center"/>
      </w:pPr>
      <w:r>
        <w:rPr>
          <w:i/>
          <w:sz w:val="20"/>
        </w:rPr>
        <w:t>WZÓR</w:t>
      </w:r>
    </w:p>
    <w:p>
      <w:pPr>
        <w:jc w:val="center"/>
      </w:pPr>
      <w:r>
        <w:rPr>
          <w:b/>
          <w:sz w:val="26"/>
        </w:rPr>
        <w:t>Protokół oględzin</w:t>
      </w:r>
    </w:p>
    <w:p>
      <w:pPr>
        <w:jc w:val="center"/>
      </w:pPr>
      <w:r>
        <w:rPr>
          <w:b/>
          <w:sz w:val="22"/>
        </w:rPr>
        <w:t>nr ....... z dnia ....................</w:t>
      </w:r>
    </w:p>
    <w:p/>
    <w:p>
      <w:pPr>
        <w:spacing w:after="60"/>
      </w:pPr>
      <w:r>
        <w:rPr>
          <w:b/>
          <w:sz w:val="22"/>
        </w:rPr>
        <w:t>Dane lokalizacyjne</w:t>
      </w:r>
    </w:p>
    <w:p>
      <w:pPr>
        <w:spacing w:after="60"/>
      </w:pPr>
      <w:r>
        <w:rPr>
          <w:b w:val="0"/>
        </w:rPr>
        <w:t>województwo: ...........................................................................................................................................</w:t>
      </w:r>
    </w:p>
    <w:p>
      <w:pPr>
        <w:spacing w:after="60"/>
      </w:pPr>
      <w:r>
        <w:rPr>
          <w:b w:val="0"/>
        </w:rPr>
        <w:t>powiat: .......................................................................................................................................................</w:t>
      </w:r>
    </w:p>
    <w:p>
      <w:pPr>
        <w:spacing w:after="60"/>
      </w:pPr>
      <w:r>
        <w:rPr>
          <w:b w:val="0"/>
        </w:rPr>
        <w:t>obwód łowiecki nr ........ – dzierżawca/ zarządca obwodu łowieckiego*: ................................................</w:t>
      </w:r>
    </w:p>
    <w:p>
      <w:pPr>
        <w:spacing w:after="60"/>
      </w:pPr>
      <w:r>
        <w:rPr>
          <w:b w:val="0"/>
        </w:rPr>
        <w:t>gmina: ................................................................. miejscowość: ...............................................................</w:t>
      </w:r>
    </w:p>
    <w:p>
      <w:pPr>
        <w:spacing w:after="60"/>
      </w:pPr>
      <w:r>
        <w:rPr>
          <w:b w:val="0"/>
        </w:rPr>
        <w:t>miejsce wystąpienia szkody (nr działki ewidencyjnej): ...........................................................................</w:t>
      </w:r>
    </w:p>
    <w:p>
      <w:pPr>
        <w:spacing w:after="60"/>
      </w:pPr>
      <w:r>
        <w:rPr>
          <w:b/>
          <w:sz w:val="22"/>
        </w:rPr>
        <w:t>Poszkodowany</w:t>
      </w:r>
    </w:p>
    <w:p>
      <w:pPr>
        <w:spacing w:after="60"/>
      </w:pPr>
      <w:r>
        <w:rPr>
          <w:b w:val="0"/>
        </w:rPr>
        <w:t>imię i nazwisko/nazwa*: ............................................................................................................................</w:t>
      </w:r>
    </w:p>
    <w:p>
      <w:pPr>
        <w:spacing w:after="60"/>
      </w:pPr>
      <w:r>
        <w:rPr>
          <w:b w:val="0"/>
        </w:rPr>
        <w:t>miejsce zamieszkania/siedziba*: ...............................................................................................................</w:t>
      </w:r>
    </w:p>
    <w:p>
      <w:pPr>
        <w:spacing w:after="60"/>
      </w:pPr>
      <w:r>
        <w:rPr>
          <w:b/>
        </w:rPr>
        <w:t>Data zgłoszenia szkody: ..........................................................................................................................</w:t>
      </w:r>
    </w:p>
    <w:p>
      <w:pPr>
        <w:spacing w:after="60"/>
      </w:pPr>
      <w:r>
        <w:rPr>
          <w:b/>
          <w:sz w:val="22"/>
        </w:rPr>
        <w:t>Oględziny</w:t>
      </w:r>
    </w:p>
    <w:p>
      <w:pPr>
        <w:spacing w:after="60"/>
      </w:pPr>
      <w:r>
        <w:rPr>
          <w:b w:val="0"/>
        </w:rPr>
        <w:t>dnia: .......................................... zespół składający się z:</w:t>
      </w:r>
    </w:p>
    <w:p>
      <w:pPr>
        <w:spacing w:after="60"/>
      </w:pPr>
      <w:r>
        <w:rPr>
          <w:b w:val="0"/>
        </w:rPr>
        <w:t>1) przedstawiciela wojewódzkiego ośrodka doradztwa rolniczego:</w:t>
      </w:r>
    </w:p>
    <w:p>
      <w:pPr>
        <w:spacing w:after="60"/>
      </w:pPr>
      <w:r>
        <w:rPr>
          <w:b w:val="0"/>
        </w:rPr>
        <w:t>....................................................................................................................................................................;</w:t>
      </w:r>
    </w:p>
    <w:p>
      <w:pPr>
        <w:spacing w:after="60"/>
      </w:pPr>
      <w:r>
        <w:rPr>
          <w:b w:val="0"/>
        </w:rPr>
        <w:t>2) przedstawiciela dzierżawcy/ zarządcy obwodu łowieckiego*:</w:t>
      </w:r>
    </w:p>
    <w:p>
      <w:pPr>
        <w:spacing w:after="60"/>
      </w:pPr>
      <w:r>
        <w:rPr>
          <w:b w:val="0"/>
        </w:rPr>
        <w:t>....................................................................................................................................................................;</w:t>
      </w:r>
    </w:p>
    <w:p>
      <w:pPr>
        <w:spacing w:after="60"/>
      </w:pPr>
      <w:r>
        <w:rPr>
          <w:b w:val="0"/>
        </w:rPr>
        <w:t>3) poszkodowanego:</w:t>
      </w:r>
    </w:p>
    <w:p>
      <w:pPr>
        <w:spacing w:after="60"/>
      </w:pPr>
      <w:r>
        <w:rPr>
          <w:b w:val="0"/>
        </w:rPr>
        <w:t>....................................................................................................................................................................</w:t>
      </w:r>
    </w:p>
    <w:p>
      <w:pPr>
        <w:spacing w:after="60"/>
      </w:pPr>
      <w:r>
        <w:rPr>
          <w:b w:val="0"/>
        </w:rPr>
        <w:t>przeprowadził oględziny i stwierdził, co następuje:</w:t>
      </w:r>
    </w:p>
    <w:p>
      <w:pPr>
        <w:spacing w:after="60"/>
      </w:pPr>
      <w:r>
        <w:rPr>
          <w:b w:val="0"/>
        </w:rPr>
        <w:t>1) gatunek zwierzyny, która wyrządziła szkodę**:</w:t>
      </w:r>
    </w:p>
    <w:p>
      <w:pPr>
        <w:spacing w:after="60"/>
      </w:pPr>
      <w:r>
        <w:rPr>
          <w:b w:val="0"/>
        </w:rPr>
        <w:t>....................................................................................................................................................................;</w:t>
      </w:r>
    </w:p>
    <w:p>
      <w:pPr>
        <w:spacing w:after="60"/>
      </w:pPr>
      <w:r>
        <w:rPr>
          <w:b w:val="0"/>
        </w:rPr>
        <w:t>2) rodzaj uprawy:</w:t>
      </w:r>
    </w:p>
    <w:p>
      <w:pPr>
        <w:spacing w:after="60"/>
      </w:pPr>
      <w:r>
        <w:rPr>
          <w:b w:val="0"/>
        </w:rPr>
        <w:t>....................................................................................................................................................................;</w:t>
      </w:r>
    </w:p>
    <w:p>
      <w:pPr>
        <w:spacing w:after="60"/>
      </w:pPr>
      <w:r>
        <w:rPr>
          <w:b w:val="0"/>
        </w:rPr>
        <w:t>3) stan i jakość uprawy wraz z uzasadnieniem oceny stanu i jakości uprawy:</w:t>
      </w:r>
    </w:p>
    <w:p>
      <w:pPr>
        <w:spacing w:after="60"/>
      </w:pPr>
      <w:r>
        <w:rPr>
          <w:b w:val="0"/>
        </w:rPr>
        <w:t>....................................................................................................................................................................</w:t>
      </w:r>
    </w:p>
    <w:p>
      <w:pPr>
        <w:spacing w:after="60"/>
      </w:pPr>
      <w:r>
        <w:rPr>
          <w:b w:val="0"/>
        </w:rPr>
        <w:t>....................................................................................................................................................................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single" w:sz="4" w:color="000000"/>
            </w:tcBorders>
          </w:tcPr>
          <w:p>
            <w:pPr>
              <w:jc w:val="left"/>
            </w:pPr>
            <w:r>
              <w:rPr>
                <w:sz w:val="18"/>
              </w:rPr>
              <w:t>Dziennik Ustaw</w:t>
            </w:r>
          </w:p>
        </w:tc>
        <w:tc>
          <w:tcPr>
            <w:tcW w:type="dxa" w:w="3364"/>
            <w:tcBorders>
              <w:bottom w:val="single" w:sz="4" w:color="000000"/>
            </w:tcBorders>
          </w:tcPr>
          <w:p>
            <w:pPr>
              <w:jc w:val="center"/>
            </w:pPr>
            <w:r>
              <w:rPr>
                <w:sz w:val="18"/>
              </w:rPr>
              <w:t>– 7 –</w:t>
            </w:r>
          </w:p>
        </w:tc>
        <w:tc>
          <w:tcPr>
            <w:tcW w:type="dxa" w:w="3364"/>
            <w:tcBorders>
              <w:bottom w:val="single" w:sz="4" w:color="000000"/>
            </w:tcBorders>
          </w:tcPr>
          <w:p>
            <w:pPr>
              <w:jc w:val="right"/>
            </w:pPr>
            <w:r>
              <w:rPr>
                <w:sz w:val="18"/>
              </w:rPr>
              <w:t>Poz. 776</w:t>
            </w:r>
          </w:p>
        </w:tc>
      </w:tr>
    </w:tbl>
    <w:p/>
    <w:p>
      <w:pPr>
        <w:spacing w:after="80"/>
      </w:pPr>
      <w:r>
        <w:rPr>
          <w:b w:val="0"/>
        </w:rPr>
        <w:t>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....................................................................................................................................................................;</w:t>
      </w:r>
    </w:p>
    <w:p>
      <w:pPr>
        <w:spacing w:after="80"/>
      </w:pPr>
      <w:r>
        <w:rPr>
          <w:b w:val="0"/>
        </w:rPr>
        <w:t>4) obszar całej uprawy (ha):</w:t>
      </w:r>
    </w:p>
    <w:p>
      <w:pPr>
        <w:spacing w:after="80"/>
      </w:pPr>
      <w:r>
        <w:rPr>
          <w:b w:val="0"/>
        </w:rPr>
        <w:t>....................................................................................................................................................................;</w:t>
      </w:r>
    </w:p>
    <w:p>
      <w:pPr>
        <w:spacing w:after="80"/>
      </w:pPr>
      <w:r>
        <w:rPr>
          <w:b w:val="0"/>
        </w:rPr>
        <w:t>5) szacunkowy obszar uprawy, która została uszkodzona (ha):</w:t>
      </w:r>
    </w:p>
    <w:p>
      <w:pPr>
        <w:spacing w:after="80"/>
      </w:pPr>
      <w:r>
        <w:rPr>
          <w:b w:val="0"/>
        </w:rPr>
        <w:t>....................................................................................................................................................................;</w:t>
      </w:r>
    </w:p>
    <w:p>
      <w:pPr>
        <w:spacing w:after="80"/>
      </w:pPr>
      <w:r>
        <w:rPr>
          <w:b w:val="0"/>
        </w:rPr>
        <w:t>6) szacunkowy procent zniszczenia uprawy na uszkodzonym obszarze (%):</w:t>
      </w:r>
    </w:p>
    <w:p>
      <w:pPr>
        <w:spacing w:after="80"/>
      </w:pPr>
      <w:r>
        <w:rPr>
          <w:b w:val="0"/>
        </w:rPr>
        <w:t>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Informacja o braku zastrzeżeń albo o wniesionych zastrzeżeniach:</w:t>
      </w:r>
    </w:p>
    <w:p>
      <w:pPr>
        <w:spacing w:after="80"/>
      </w:pPr>
      <w:r>
        <w:rPr>
          <w:b w:val="0"/>
        </w:rPr>
        <w:t>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Treść zastrzeżeń: 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 w:val="0"/>
        </w:rPr>
        <w:t>....................................................................................................................................................................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jc w:val="center"/>
            </w:pPr>
            <w:r>
              <w:rPr>
                <w:sz w:val="17"/>
              </w:rPr>
              <w:t>............................................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sz w:val="17"/>
              </w:rPr>
              <w:t>............................................................</w:t>
            </w:r>
          </w:p>
        </w:tc>
      </w:tr>
      <w:tr>
        <w:tc>
          <w:tcPr>
            <w:tcW w:type="dxa" w:w="5046"/>
          </w:tcPr>
          <w:p>
            <w:pPr>
              <w:jc w:val="center"/>
            </w:pPr>
            <w:r>
              <w:rPr>
                <w:sz w:val="17"/>
              </w:rPr>
              <w:t>(data i podpis poszkodowanego)</w:t>
            </w:r>
          </w:p>
        </w:tc>
        <w:tc>
          <w:tcPr>
            <w:tcW w:type="dxa" w:w="5046"/>
          </w:tcPr>
          <w:p>
            <w:pPr>
              <w:jc w:val="center"/>
            </w:pPr>
            <w:r>
              <w:rPr>
                <w:sz w:val="17"/>
              </w:rPr>
              <w:t>(data i podpis dzierżawcy/ zarządcy obwodu łowieckiego*)</w:t>
            </w:r>
          </w:p>
        </w:tc>
      </w:tr>
    </w:tbl>
    <w:p/>
    <w:p>
      <w:pPr>
        <w:jc w:val="left"/>
      </w:pPr>
      <w:r>
        <w:t>..............................................................</w:t>
      </w:r>
    </w:p>
    <w:p>
      <w:pPr>
        <w:jc w:val="left"/>
      </w:pPr>
      <w:r>
        <w:rPr>
          <w:sz w:val="17"/>
        </w:rPr>
        <w:t>(data i podpis przedstawiciela wojewódzkiego</w:t>
        <w:br/>
        <w:t xml:space="preserve"> ośrodka doradztwa rolniczego)</w:t>
      </w:r>
    </w:p>
    <w:p>
      <w:pPr>
        <w:spacing w:after="40"/>
      </w:pPr>
      <w:r>
        <w:t>Załączniki:</w:t>
      </w:r>
    </w:p>
    <w:p>
      <w:pPr>
        <w:spacing w:after="40"/>
      </w:pPr>
      <w:r>
        <w:t>– szkic sytuacyjny uszkodzonej uprawy,</w:t>
      </w:r>
    </w:p>
    <w:p>
      <w:pPr>
        <w:spacing w:after="40"/>
      </w:pPr>
      <w:r>
        <w:t>– .................................................................................................................................................................,</w:t>
      </w:r>
    </w:p>
    <w:p>
      <w:pPr>
        <w:spacing w:after="40"/>
      </w:pPr>
      <w:r>
        <w:t>– ................................................................................................................................................................ .</w:t>
      </w:r>
    </w:p>
    <w:p>
      <w:pPr>
        <w:spacing w:after="40"/>
      </w:pPr>
      <w:r>
        <w:rPr>
          <w:sz w:val="17"/>
        </w:rPr>
        <w:t>* niewłaściwe skreślić</w:t>
      </w:r>
    </w:p>
    <w:p>
      <w:pPr>
        <w:spacing w:after="40"/>
      </w:pPr>
      <w:r>
        <w:rPr>
          <w:sz w:val="17"/>
        </w:rPr>
        <w:t>** nie dotyczy, gdy szkoda została wyrządzona przy wykonywaniu polowania</w:t>
      </w:r>
    </w:p>
    <w:sectPr w:rsidR="00FC693F" w:rsidRPr="0006063C" w:rsidSect="00034616">
      <w:footerReference w:type="default" r:id="rId9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4"/>
      </w:rPr>
      <w:t>Odwzorowanie wzoru z załącznika nr 2 do rozporządzenia Ministra Środowiska z 16.04.2019 r. (Dz.U. 2019 poz. 776)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