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........................................, dnia ........................ r.</w:t>
      </w:r>
      <w:r>
        <w:rPr>
          <w:sz w:val="16"/>
        </w:rPr>
        <w:br/>
        <w:t>(miejscowość, data)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5100"/>
            <w:vAlign w:val="top"/>
          </w:tcPr>
          <w:p>
            <w:pPr>
              <w:spacing w:after="80"/>
            </w:pPr>
            <w:r/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(imię i nazwisko / nazwa)</w:t>
            </w:r>
          </w:p>
          <w:p>
            <w:pPr>
              <w:spacing w:after="80"/>
            </w:pPr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 zamieszkania / siedziby)</w:t>
            </w:r>
          </w:p>
          <w:p>
            <w:pPr>
              <w:spacing w:after="80"/>
            </w:pPr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(numer telefonu)</w:t>
            </w:r>
          </w:p>
          <w:p>
            <w:pPr>
              <w:spacing w:after="80"/>
            </w:pPr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 e-mail - opcjonalnie)</w:t>
            </w:r>
          </w:p>
        </w:tc>
        <w:tc>
          <w:tcPr>
            <w:tcW w:type="dxa" w:w="5100"/>
            <w:vAlign w:val="top"/>
          </w:tcPr>
          <w:p>
            <w:pPr>
              <w:spacing w:after="80"/>
            </w:pPr>
            <w:r/>
            <w:r>
              <w:rPr>
                <w:sz w:val="18"/>
              </w:rPr>
              <w:t>Do:</w:t>
            </w:r>
          </w:p>
          <w:p>
            <w:pPr>
              <w:spacing w:after="80"/>
            </w:pPr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(dzierżawca albo zarządca obwodu łowieckiego)</w:t>
            </w:r>
          </w:p>
          <w:p>
            <w:pPr>
              <w:spacing w:after="80"/>
            </w:pPr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(adres)</w:t>
            </w:r>
          </w:p>
          <w:p>
            <w:pPr>
              <w:spacing w:after="80"/>
            </w:pPr>
            <w:r>
              <w:rPr>
                <w:sz w:val="18"/>
              </w:rPr>
              <w:t>................................................................</w:t>
            </w:r>
          </w:p>
        </w:tc>
      </w:tr>
    </w:tbl>
    <w:p/>
    <w:p>
      <w:pPr>
        <w:jc w:val="center"/>
      </w:pPr>
      <w:r>
        <w:rPr>
          <w:b/>
          <w:sz w:val="28"/>
        </w:rPr>
        <w:t>WNIOSEK O SZACOWANIE SZKODY ŁOWIECKIEJ</w:t>
        <w:br/>
        <w:t>I USTALENIE WYSOKOŚCI ODSZKODOWANIA</w:t>
      </w:r>
    </w:p>
    <w:p>
      <w:pPr>
        <w:spacing w:before="140"/>
      </w:pPr>
      <w:r>
        <w:rPr>
          <w:sz w:val="20"/>
        </w:rPr>
        <w:t>Na podstawie art. 46 ust. 3 ustawy - Prawo łowieckie zgłaszam szkodę łowiecką i wnoszę o jej oszacowanie oraz ustalenie wysokości odszkodowania.</w:t>
      </w:r>
    </w:p>
    <w:p>
      <w:pPr>
        <w:spacing w:after="40"/>
      </w:pPr>
      <w:r>
        <w:rPr>
          <w:b/>
          <w:sz w:val="19"/>
        </w:rPr>
        <w:t>1. Właściciel / posiadacz gruntu rolnego: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19"/>
        </w:rPr>
        <w:t>2. Miejsce wystąpienia szkody (miejscowość, obręb, gmina):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19"/>
        </w:rPr>
        <w:t>3. Numer działki / działek ewidencyjnych: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19"/>
        </w:rPr>
        <w:t>4. Rodzaj uszkodzonej uprawy lub płodu rolnego: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19"/>
        </w:rPr>
        <w:t>5. Data stwierdzenia szkody: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19"/>
        </w:rPr>
        <w:t>6. Przypuszczalny gatunek zwierzyny (jeżeli możliwy do określenia):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19"/>
        </w:rPr>
        <w:t>7. Opis szkody: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  <w:br/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Informacje dodatkowe (nieobowiązkowe):</w:t>
      </w:r>
    </w:p>
    <w:p>
      <w:pPr>
        <w:spacing w:after="20"/>
        <w:ind w:left="340"/>
      </w:pPr>
      <w:r>
        <w:rPr>
          <w:sz w:val="18"/>
        </w:rPr>
        <w:t>• Powierzchnia całej uprawy: ....................................................</w:t>
      </w:r>
    </w:p>
    <w:p>
      <w:pPr>
        <w:spacing w:after="20"/>
        <w:ind w:left="340"/>
      </w:pPr>
      <w:r>
        <w:rPr>
          <w:sz w:val="18"/>
        </w:rPr>
        <w:t>• Przybliżona powierzchnia uszkodzona: ........................................</w:t>
      </w:r>
    </w:p>
    <w:p>
      <w:pPr>
        <w:spacing w:after="20"/>
        <w:ind w:left="340"/>
      </w:pPr>
      <w:r>
        <w:rPr>
          <w:sz w:val="18"/>
        </w:rPr>
        <w:t>• Załączniki (np. fotografie, mapa / szkic): ....................................</w:t>
      </w:r>
    </w:p>
    <w:p>
      <w:pPr>
        <w:spacing w:before="140"/>
        <w:jc w:val="right"/>
      </w:pPr>
      <w:r>
        <w:rPr>
          <w:sz w:val="18"/>
        </w:rPr>
        <w:t>........................................................</w:t>
        <w:br/>
        <w:t>(podpis zgłaszającego)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sz w:val="18"/>
              </w:rPr>
              <w:t>INFORMACJA</w:t>
            </w:r>
          </w:p>
          <w:p>
            <w:pPr>
              <w:spacing w:after="60"/>
            </w:pPr>
            <w:r>
              <w:rPr>
                <w:sz w:val="16"/>
              </w:rPr>
              <w:t>Wniosek składa właściciel albo posiadacz gruntu rolnego do dzierżawcy albo zarządcy obwodu łowieckiego.</w:t>
            </w:r>
          </w:p>
          <w:p>
            <w:pPr>
              <w:spacing w:after="60"/>
            </w:pPr>
            <w:r>
              <w:rPr>
                <w:sz w:val="16"/>
              </w:rPr>
              <w:t>Wniosek powinien zawierać w szczególności dane zgłaszającego wraz z numerem telefonu, miejsce wystąpienia szkody oraz rodzaj uszkodzonej uprawy lub płodu rolnego.</w:t>
            </w:r>
          </w:p>
          <w:p>
            <w:pPr>
              <w:spacing w:after="60"/>
            </w:pPr>
            <w:r>
              <w:rPr>
                <w:sz w:val="16"/>
              </w:rPr>
              <w:t>Zgodnie z § 2 ust. 1 rozporządzenia Ministra Środowiska z 16 kwietnia 2019 r. zgłoszenia dokonuje się w postaci papierowej albo elektronicznej, co do zasady w terminie 3 dni od stwierdzenia szkody. Dla szkód wyrządzonych przez dziki na łąkach i pastwiskach poza okresem wegetacyjnym obowiązuje szczególna reguła terminu.</w:t>
            </w:r>
          </w:p>
        </w:tc>
      </w:tr>
    </w:tbl>
    <w:p>
      <w:pPr>
        <w:spacing w:before="100"/>
        <w:jc w:val="center"/>
      </w:pPr>
      <w:r>
        <w:rPr>
          <w:i/>
          <w:sz w:val="16"/>
        </w:rPr>
        <w:t>Wzór pomocniczy - nie jest urzędowym formularzem. Stan prawny: sierpień 2026 r.</w:t>
      </w:r>
    </w:p>
    <w:sectPr w:rsidR="00FC693F" w:rsidRPr="0006063C" w:rsidSect="00034616">
      <w:footerReference w:type="default" r:id="rId9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SzacowanieSzkod.pl | wzór dokumentu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